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/>
      </w:pPr>
      <w:r>
        <w:rPr>
          <w:b/>
          <w:sz w:val="36"/>
        </w:rPr>
        <w:t>File memo</w:t>
      </w: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Client</w:t>
      </w:r>
      <w:r>
        <w:rPr>
          <w:color w:val="6B6B6B"/>
          <w:sz w:val="16"/>
        </w:rPr>
        <w:t xml:space="preserve">   Name, matter or file number</w:t>
      </w:r>
    </w:p>
    <w:p>
      <w:pPr>
        <w:spacing w:after="24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Date</w:t>
      </w:r>
      <w:r>
        <w:rPr>
          <w:color w:val="6B6B6B"/>
          <w:sz w:val="16"/>
        </w:rPr>
        <w:t xml:space="preserve">   Date, time, duration</w:t>
      </w:r>
    </w:p>
    <w:p>
      <w:pPr>
        <w:spacing w:after="24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Participants</w:t>
      </w:r>
      <w:r>
        <w:rPr>
          <w:color w:val="6B6B6B"/>
          <w:sz w:val="16"/>
        </w:rPr>
        <w:t xml:space="preserve">   Everyone involved, with their role</w:t>
      </w:r>
    </w:p>
    <w:p>
      <w:pPr>
        <w:spacing w:after="24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Occasion</w:t>
      </w:r>
      <w:r>
        <w:rPr>
          <w:color w:val="6B6B6B"/>
          <w:sz w:val="16"/>
        </w:rPr>
        <w:t xml:space="preserve">   Meeting, call or appointment, topic</w:t>
      </w:r>
    </w:p>
    <w:p>
      <w:pPr>
        <w:spacing w:after="24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Facts</w:t>
      </w:r>
      <w:r>
        <w:rPr>
          <w:color w:val="6B6B6B"/>
          <w:sz w:val="16"/>
        </w:rPr>
        <w:t xml:space="preserve">   What was stated, which documents were available?</w:t>
      </w:r>
    </w:p>
    <w:p>
      <w:pPr>
        <w:spacing w:after="168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Outcome</w:t>
      </w:r>
      <w:r>
        <w:rPr>
          <w:color w:val="6B6B6B"/>
          <w:sz w:val="16"/>
        </w:rPr>
        <w:t xml:space="preserve">   Advice given by the firm, decision by the client</w:t>
      </w:r>
    </w:p>
    <w:p>
      <w:pPr>
        <w:spacing w:after="168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Commitments and deadlines</w:t>
      </w:r>
      <w:r>
        <w:rPr>
          <w:color w:val="6B6B6B"/>
          <w:sz w:val="16"/>
        </w:rPr>
        <w:t xml:space="preserve">   Who committed to what, and by when?</w:t>
      </w:r>
    </w:p>
    <w:p>
      <w:pPr>
        <w:spacing w:after="88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Next steps</w:t>
      </w:r>
      <w:r>
        <w:rPr>
          <w:color w:val="6B6B6B"/>
          <w:sz w:val="16"/>
        </w:rPr>
        <w:t xml:space="preserve">   Task, owner, date</w:t>
      </w:r>
    </w:p>
    <w:p>
      <w:pPr>
        <w:spacing w:after="880"/>
      </w:pPr>
    </w:p>
    <w:p>
      <w:pPr>
        <w:keepNext/>
        <w:pBdr>
          <w:bottom w:val="single" w:sz="4" w:space="3" w:color="BFBFBF"/>
        </w:pBdr>
        <w:spacing w:after="80"/>
      </w:pPr>
      <w:r>
        <w:rPr>
          <w:b/>
        </w:rPr>
        <w:t>Author</w:t>
      </w:r>
      <w:r>
        <w:rPr>
          <w:color w:val="6B6B6B"/>
          <w:sz w:val="16"/>
        </w:rPr>
        <w:t xml:space="preserve">   Name, date written</w:t>
      </w:r>
    </w:p>
    <w:p>
      <w:pPr>
        <w:spacing w:after="240"/>
      </w:pPr>
    </w:p>
    <w:sectPr w:rsidR="00FC693F" w:rsidRPr="0006063C" w:rsidSect="00034616">
      <w:footerReference w:type="default" r:id="rId9"/>
      <w:pgSz w:w="11906" w:h="16838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4"/>
      </w:rPr>
      <w:t>Template from taxmeet.de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memo</dc:title>
  <dc:subject/>
  <dc:creator/>
  <cp:keywords/>
  <dc:description/>
  <cp:lastModifiedBy/>
  <cp:revision>1</cp:revision>
  <dcterms:created xsi:type="dcterms:W3CDTF">2026-10-30T12:00:00Z</dcterms:created>
  <dcterms:modified xsi:type="dcterms:W3CDTF">2026-10-30T12:00:00Z</dcterms:modified>
  <cp:category/>
  <dc:language>en-GB</dc:language>
</cp:coreProperties>
</file>